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93358" w14:textId="11C77A28" w:rsidR="00F37B34" w:rsidRDefault="00527CB4" w:rsidP="00AE2C47">
      <w:pPr>
        <w:spacing w:after="0" w:line="240" w:lineRule="auto"/>
        <w:jc w:val="center"/>
      </w:pPr>
      <w:r>
        <w:rPr>
          <w:b/>
          <w:sz w:val="26"/>
        </w:rPr>
        <w:t>PERMOHONAN PEMERIKSAAN SETEMPAT</w:t>
      </w:r>
    </w:p>
    <w:p w14:paraId="05036C9F" w14:textId="77777777" w:rsidR="00F37B34" w:rsidRDefault="00527CB4" w:rsidP="00AE2C47">
      <w:pPr>
        <w:spacing w:after="0" w:line="240" w:lineRule="auto"/>
        <w:jc w:val="center"/>
      </w:pPr>
      <w:r>
        <w:t>Nomor: ……/G/2026/PTUN.JBI</w:t>
      </w:r>
    </w:p>
    <w:p w14:paraId="456C9ECB" w14:textId="77777777" w:rsidR="000209FE" w:rsidRDefault="000209FE" w:rsidP="000209FE">
      <w:pPr>
        <w:spacing w:after="120"/>
        <w:jc w:val="both"/>
      </w:pPr>
    </w:p>
    <w:p w14:paraId="3D49C972" w14:textId="52C1FFA4" w:rsidR="000209FE" w:rsidRDefault="00527CB4" w:rsidP="00AE2C47">
      <w:pPr>
        <w:spacing w:after="120"/>
      </w:pPr>
      <w:proofErr w:type="spellStart"/>
      <w:r>
        <w:t>Kepada</w:t>
      </w:r>
      <w:proofErr w:type="spellEnd"/>
      <w:r>
        <w:t xml:space="preserve"> </w:t>
      </w:r>
      <w:proofErr w:type="spellStart"/>
      <w:r>
        <w:t>Yth</w:t>
      </w:r>
      <w:proofErr w:type="spellEnd"/>
      <w:r>
        <w:t>.</w:t>
      </w:r>
      <w:r>
        <w:br/>
      </w:r>
      <w:proofErr w:type="spellStart"/>
      <w:r>
        <w:rPr>
          <w:b/>
        </w:rPr>
        <w:t>Ketua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Pengadilan</w:t>
      </w:r>
      <w:proofErr w:type="spellEnd"/>
      <w:r>
        <w:rPr>
          <w:b/>
        </w:rPr>
        <w:t xml:space="preserve"> Tata Usaha Nega</w:t>
      </w:r>
      <w:r>
        <w:rPr>
          <w:b/>
        </w:rPr>
        <w:t>ra Jambi</w:t>
      </w:r>
      <w:r>
        <w:br/>
      </w:r>
      <w:proofErr w:type="spellStart"/>
      <w:r w:rsidR="000209FE">
        <w:t>Cq</w:t>
      </w:r>
      <w:proofErr w:type="spellEnd"/>
      <w:r w:rsidR="000209FE">
        <w:t xml:space="preserve">. </w:t>
      </w:r>
      <w:proofErr w:type="spellStart"/>
      <w:r w:rsidR="000209FE">
        <w:t>Ketua</w:t>
      </w:r>
      <w:proofErr w:type="spellEnd"/>
      <w:r w:rsidR="000209FE">
        <w:t xml:space="preserve"> </w:t>
      </w:r>
      <w:proofErr w:type="spellStart"/>
      <w:r w:rsidR="000209FE">
        <w:t>Majelis</w:t>
      </w:r>
      <w:proofErr w:type="spellEnd"/>
      <w:r w:rsidR="000209FE">
        <w:t xml:space="preserve"> Hakim </w:t>
      </w:r>
    </w:p>
    <w:p w14:paraId="6F6AC555" w14:textId="6DFDD10D" w:rsidR="00F37B34" w:rsidRDefault="00527CB4" w:rsidP="00AE2C47">
      <w:pPr>
        <w:spacing w:after="120"/>
      </w:pPr>
      <w:r>
        <w:t>di –</w:t>
      </w:r>
      <w:r>
        <w:br/>
        <w:t>Jambi</w:t>
      </w:r>
    </w:p>
    <w:p w14:paraId="7CBF3049" w14:textId="77777777" w:rsidR="000209FE" w:rsidRDefault="000209FE" w:rsidP="000209FE">
      <w:pPr>
        <w:spacing w:after="120"/>
        <w:jc w:val="both"/>
      </w:pPr>
    </w:p>
    <w:p w14:paraId="6E214935" w14:textId="77791FA0" w:rsidR="00F37B34" w:rsidRDefault="00527CB4" w:rsidP="000209FE">
      <w:pPr>
        <w:spacing w:after="120"/>
        <w:jc w:val="both"/>
      </w:pPr>
      <w:proofErr w:type="spellStart"/>
      <w:r>
        <w:t>Dengan</w:t>
      </w:r>
      <w:proofErr w:type="spellEnd"/>
      <w:r>
        <w:t xml:space="preserve"> </w:t>
      </w:r>
      <w:proofErr w:type="spellStart"/>
      <w:r>
        <w:t>hormat</w:t>
      </w:r>
      <w:proofErr w:type="spellEnd"/>
      <w:r>
        <w:t>,</w:t>
      </w:r>
    </w:p>
    <w:p w14:paraId="0E0275DC" w14:textId="77777777" w:rsidR="00F37B34" w:rsidRDefault="00527CB4" w:rsidP="000209FE">
      <w:pPr>
        <w:spacing w:after="120"/>
        <w:jc w:val="both"/>
      </w:pPr>
      <w:r>
        <w:t>Yang bertanda tangan di bawah ini:</w:t>
      </w:r>
    </w:p>
    <w:p w14:paraId="5F52807B" w14:textId="0BE12F6F" w:rsidR="00F37B34" w:rsidRPr="000209FE" w:rsidRDefault="00527CB4" w:rsidP="000209FE">
      <w:pPr>
        <w:spacing w:after="120"/>
        <w:jc w:val="both"/>
        <w:rPr>
          <w:bCs/>
        </w:rPr>
      </w:pPr>
      <w:r w:rsidRPr="000209FE">
        <w:rPr>
          <w:bCs/>
        </w:rPr>
        <w:t>Nama</w:t>
      </w:r>
      <w:r w:rsidR="000209FE">
        <w:rPr>
          <w:bCs/>
        </w:rPr>
        <w:tab/>
      </w:r>
      <w:r w:rsidR="000209FE">
        <w:rPr>
          <w:bCs/>
        </w:rPr>
        <w:tab/>
      </w:r>
      <w:r w:rsidRPr="000209FE">
        <w:rPr>
          <w:bCs/>
        </w:rPr>
        <w:t xml:space="preserve">: </w:t>
      </w:r>
    </w:p>
    <w:p w14:paraId="7B17DC27" w14:textId="1ACB7F59" w:rsidR="00F37B34" w:rsidRPr="000209FE" w:rsidRDefault="00527CB4" w:rsidP="000209FE">
      <w:pPr>
        <w:spacing w:after="120"/>
        <w:jc w:val="both"/>
        <w:rPr>
          <w:bCs/>
        </w:rPr>
      </w:pPr>
      <w:proofErr w:type="spellStart"/>
      <w:r w:rsidRPr="000209FE">
        <w:rPr>
          <w:bCs/>
        </w:rPr>
        <w:t>Pekerjaan</w:t>
      </w:r>
      <w:proofErr w:type="spellEnd"/>
      <w:proofErr w:type="gramStart"/>
      <w:r w:rsidR="000209FE">
        <w:rPr>
          <w:bCs/>
        </w:rPr>
        <w:tab/>
      </w:r>
      <w:r w:rsidRPr="000209FE">
        <w:rPr>
          <w:bCs/>
        </w:rPr>
        <w:t xml:space="preserve"> :</w:t>
      </w:r>
      <w:proofErr w:type="gramEnd"/>
      <w:r w:rsidRPr="000209FE">
        <w:rPr>
          <w:bCs/>
        </w:rPr>
        <w:t xml:space="preserve"> </w:t>
      </w:r>
    </w:p>
    <w:p w14:paraId="5D65AC77" w14:textId="58E56E58" w:rsidR="00F37B34" w:rsidRPr="000209FE" w:rsidRDefault="00527CB4" w:rsidP="000209FE">
      <w:pPr>
        <w:spacing w:after="120"/>
        <w:jc w:val="both"/>
        <w:rPr>
          <w:bCs/>
        </w:rPr>
      </w:pPr>
      <w:r w:rsidRPr="000209FE">
        <w:rPr>
          <w:bCs/>
        </w:rPr>
        <w:t>Ala</w:t>
      </w:r>
      <w:r w:rsidRPr="000209FE">
        <w:rPr>
          <w:bCs/>
        </w:rPr>
        <w:t>mat</w:t>
      </w:r>
      <w:proofErr w:type="gramStart"/>
      <w:r w:rsidR="000209FE">
        <w:rPr>
          <w:bCs/>
        </w:rPr>
        <w:tab/>
      </w:r>
      <w:r w:rsidRPr="000209FE">
        <w:rPr>
          <w:bCs/>
        </w:rPr>
        <w:t xml:space="preserve"> :</w:t>
      </w:r>
      <w:proofErr w:type="gramEnd"/>
      <w:r w:rsidRPr="000209FE">
        <w:rPr>
          <w:bCs/>
        </w:rPr>
        <w:t xml:space="preserve"> </w:t>
      </w:r>
    </w:p>
    <w:p w14:paraId="20964B71" w14:textId="420F29E4" w:rsidR="00F37B34" w:rsidRDefault="00527CB4" w:rsidP="000209FE">
      <w:pPr>
        <w:spacing w:after="120"/>
        <w:jc w:val="both"/>
      </w:pPr>
      <w:r w:rsidRPr="000209FE">
        <w:rPr>
          <w:bCs/>
        </w:rPr>
        <w:t xml:space="preserve">Dalam hal ini bertindak untuk dan atas </w:t>
      </w:r>
      <w:proofErr w:type="spellStart"/>
      <w:r w:rsidRPr="000209FE">
        <w:rPr>
          <w:bCs/>
        </w:rPr>
        <w:t>nama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Penggugat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perkara</w:t>
      </w:r>
      <w:proofErr w:type="spellEnd"/>
      <w:r w:rsidR="000209FE">
        <w:t xml:space="preserve"> </w:t>
      </w:r>
      <w:proofErr w:type="spellStart"/>
      <w:r>
        <w:t>Nomor</w:t>
      </w:r>
      <w:proofErr w:type="spellEnd"/>
      <w:r>
        <w:t xml:space="preserve"> </w:t>
      </w:r>
      <w:r w:rsidR="000209FE">
        <w:rPr>
          <w:b/>
        </w:rPr>
        <w:t>…..</w:t>
      </w:r>
      <w:r>
        <w:rPr>
          <w:b/>
        </w:rPr>
        <w:t>/G/2026/PTUN.JBI</w:t>
      </w:r>
      <w:r>
        <w:t xml:space="preserve">, </w:t>
      </w:r>
      <w:proofErr w:type="spellStart"/>
      <w:r>
        <w:t>melawan</w:t>
      </w:r>
      <w:proofErr w:type="spellEnd"/>
      <w:r>
        <w:t>:</w:t>
      </w:r>
      <w:r w:rsidR="000209FE">
        <w:t xml:space="preserve"> …………</w:t>
      </w:r>
      <w:r w:rsidR="00AE2C47">
        <w:t>…………………………………………….</w:t>
      </w:r>
    </w:p>
    <w:p w14:paraId="70ED25CC" w14:textId="36A6B069" w:rsidR="00F37B34" w:rsidRDefault="00527CB4" w:rsidP="000209FE">
      <w:pPr>
        <w:spacing w:after="120"/>
        <w:jc w:val="both"/>
      </w:pPr>
      <w:proofErr w:type="spellStart"/>
      <w:r>
        <w:t>Dengan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mengajukan</w:t>
      </w:r>
      <w:proofErr w:type="spellEnd"/>
      <w:r>
        <w:t xml:space="preserve"> </w:t>
      </w:r>
      <w:proofErr w:type="spellStart"/>
      <w:r w:rsidR="000209FE">
        <w:rPr>
          <w:b/>
        </w:rPr>
        <w:t>P</w:t>
      </w:r>
      <w:r>
        <w:rPr>
          <w:b/>
        </w:rPr>
        <w:t>ermohonan</w:t>
      </w:r>
      <w:proofErr w:type="spellEnd"/>
      <w:r>
        <w:rPr>
          <w:b/>
        </w:rPr>
        <w:t xml:space="preserve"> </w:t>
      </w:r>
      <w:proofErr w:type="spellStart"/>
      <w:r w:rsidR="000209FE">
        <w:rPr>
          <w:b/>
        </w:rPr>
        <w:t>P</w:t>
      </w:r>
      <w:r>
        <w:rPr>
          <w:b/>
        </w:rPr>
        <w:t>emeriksaan</w:t>
      </w:r>
      <w:proofErr w:type="spellEnd"/>
      <w:r>
        <w:rPr>
          <w:b/>
        </w:rPr>
        <w:t xml:space="preserve"> </w:t>
      </w:r>
      <w:proofErr w:type="spellStart"/>
      <w:r w:rsidR="000209FE">
        <w:rPr>
          <w:b/>
        </w:rPr>
        <w:t>S</w:t>
      </w:r>
      <w:r>
        <w:rPr>
          <w:b/>
        </w:rPr>
        <w:t>etempat</w:t>
      </w:r>
      <w:proofErr w:type="spellEnd"/>
      <w:r>
        <w:rPr>
          <w:b/>
        </w:rPr>
        <w:t xml:space="preserve"> (</w:t>
      </w:r>
      <w:r w:rsidR="000209FE">
        <w:rPr>
          <w:b/>
        </w:rPr>
        <w:t>PS</w:t>
      </w:r>
      <w:r>
        <w:rPr>
          <w:b/>
        </w:rPr>
        <w:t>)</w:t>
      </w:r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objek</w:t>
      </w:r>
      <w:proofErr w:type="spellEnd"/>
      <w:r>
        <w:t xml:space="preserve"> sengketa dalam perkara a quo.</w:t>
      </w:r>
    </w:p>
    <w:p w14:paraId="4B2C6BB7" w14:textId="77777777" w:rsidR="00F37B34" w:rsidRDefault="00527CB4" w:rsidP="000209FE">
      <w:pPr>
        <w:spacing w:after="120"/>
        <w:jc w:val="both"/>
      </w:pPr>
      <w:proofErr w:type="spellStart"/>
      <w:r>
        <w:rPr>
          <w:b/>
        </w:rPr>
        <w:t>Objek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tersebut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berkaitan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dengan</w:t>
      </w:r>
      <w:proofErr w:type="spellEnd"/>
      <w:r>
        <w:rPr>
          <w:b/>
        </w:rPr>
        <w:t xml:space="preserve"> tanah/bangunan/lokasi</w:t>
      </w:r>
      <w:r>
        <w:t xml:space="preserve"> yang terletak di:</w:t>
      </w:r>
    </w:p>
    <w:p w14:paraId="022D2DF1" w14:textId="7C2C9C74" w:rsidR="00F37B34" w:rsidRPr="000209FE" w:rsidRDefault="00527CB4" w:rsidP="000209FE">
      <w:pPr>
        <w:spacing w:after="120"/>
        <w:jc w:val="both"/>
        <w:rPr>
          <w:bCs/>
        </w:rPr>
      </w:pPr>
      <w:r w:rsidRPr="000209FE">
        <w:rPr>
          <w:bCs/>
        </w:rPr>
        <w:t>Alamat/</w:t>
      </w:r>
      <w:proofErr w:type="gramStart"/>
      <w:r w:rsidRPr="000209FE">
        <w:rPr>
          <w:bCs/>
        </w:rPr>
        <w:t>Lokasi</w:t>
      </w:r>
      <w:r w:rsidRPr="000209FE">
        <w:rPr>
          <w:bCs/>
        </w:rPr>
        <w:t xml:space="preserve"> :</w:t>
      </w:r>
      <w:proofErr w:type="gramEnd"/>
      <w:r w:rsidRPr="000209FE">
        <w:rPr>
          <w:bCs/>
        </w:rPr>
        <w:t xml:space="preserve"> .......................................................</w:t>
      </w:r>
      <w:r w:rsidR="00AE2C47">
        <w:rPr>
          <w:bCs/>
        </w:rPr>
        <w:t>...................................................</w:t>
      </w:r>
    </w:p>
    <w:p w14:paraId="6C157FA5" w14:textId="7738E4D0" w:rsidR="00F37B34" w:rsidRDefault="00527CB4" w:rsidP="000209FE">
      <w:pPr>
        <w:spacing w:after="120"/>
        <w:jc w:val="both"/>
      </w:pPr>
      <w:proofErr w:type="spellStart"/>
      <w:r>
        <w:t>Untuk</w:t>
      </w:r>
      <w:proofErr w:type="spellEnd"/>
      <w:r>
        <w:t xml:space="preserve"> itu, kami memohon kepada Ketua Pengadilan Tata Usaha N</w:t>
      </w:r>
      <w:r>
        <w:t xml:space="preserve">egara Jambi melalui Majelis Hakim yang memeriksa dan mengadili </w:t>
      </w:r>
      <w:proofErr w:type="spellStart"/>
      <w:r w:rsidR="00601BBD">
        <w:t>P</w:t>
      </w:r>
      <w:r>
        <w:t>erkara</w:t>
      </w:r>
      <w:proofErr w:type="spellEnd"/>
      <w:r>
        <w:t xml:space="preserve"> Nomor ……/G/2026/PTUN.JBI, agar berkenan menetapkan dan </w:t>
      </w:r>
      <w:proofErr w:type="spellStart"/>
      <w:r>
        <w:t>melaksanakan</w:t>
      </w:r>
      <w:proofErr w:type="spellEnd"/>
      <w:r>
        <w:t xml:space="preserve"> </w:t>
      </w:r>
      <w:proofErr w:type="spellStart"/>
      <w:r w:rsidR="00AE2C47">
        <w:t>P</w:t>
      </w:r>
      <w:r>
        <w:t>emeriksaan</w:t>
      </w:r>
      <w:proofErr w:type="spellEnd"/>
      <w:r>
        <w:t xml:space="preserve"> </w:t>
      </w:r>
      <w:proofErr w:type="spellStart"/>
      <w:r w:rsidR="00AE2C47">
        <w:t>S</w:t>
      </w:r>
      <w:r>
        <w:t>etempat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objek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pada waktu dan tempat yang ditentukan oleh Majelis Hakim.</w:t>
      </w:r>
    </w:p>
    <w:p w14:paraId="0FCEC3E5" w14:textId="00459060" w:rsidR="00F37B34" w:rsidRDefault="00527CB4" w:rsidP="000209FE">
      <w:pPr>
        <w:spacing w:after="120"/>
        <w:jc w:val="both"/>
      </w:pPr>
      <w:r>
        <w:t>Demikian permo</w:t>
      </w:r>
      <w:r>
        <w:t xml:space="preserve">honan ini kami sampaikan. Atas </w:t>
      </w:r>
      <w:proofErr w:type="spellStart"/>
      <w:r>
        <w:t>perhatian</w:t>
      </w:r>
      <w:r w:rsidR="00AE2C47">
        <w:t>nya</w:t>
      </w:r>
      <w:proofErr w:type="spellEnd"/>
      <w:r w:rsidR="00AE2C47">
        <w:t xml:space="preserve"> </w:t>
      </w:r>
      <w:r>
        <w:t xml:space="preserve">kami </w:t>
      </w:r>
      <w:proofErr w:type="spellStart"/>
      <w:r>
        <w:t>ucapkan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>.</w:t>
      </w:r>
    </w:p>
    <w:p w14:paraId="07C05A37" w14:textId="7951B151" w:rsidR="00AE2C47" w:rsidRDefault="00AE2C47" w:rsidP="000209FE">
      <w:pPr>
        <w:spacing w:after="120"/>
        <w:jc w:val="both"/>
      </w:pPr>
    </w:p>
    <w:p w14:paraId="4E0C67A0" w14:textId="6C138352" w:rsidR="00AE2C47" w:rsidRDefault="00AE2C47" w:rsidP="00AE2C47">
      <w:pPr>
        <w:spacing w:after="120"/>
        <w:ind w:left="5760"/>
        <w:jc w:val="both"/>
      </w:pPr>
      <w:proofErr w:type="gramStart"/>
      <w:r>
        <w:t xml:space="preserve">Jambi,   </w:t>
      </w:r>
      <w:proofErr w:type="gramEnd"/>
      <w:r>
        <w:t xml:space="preserve">                   2026</w:t>
      </w:r>
    </w:p>
    <w:p w14:paraId="39234306" w14:textId="5DD5CED6" w:rsidR="00AE2C47" w:rsidRDefault="00AE2C47" w:rsidP="00AE2C47">
      <w:pPr>
        <w:spacing w:after="120"/>
        <w:ind w:left="5760"/>
        <w:jc w:val="both"/>
      </w:pPr>
      <w:proofErr w:type="spellStart"/>
      <w:r>
        <w:t>Penggugat</w:t>
      </w:r>
      <w:proofErr w:type="spellEnd"/>
      <w:r>
        <w:t>/Kuasa Hukum</w:t>
      </w:r>
    </w:p>
    <w:p w14:paraId="6E6CD6EF" w14:textId="607E7DF1" w:rsidR="00AE2C47" w:rsidRDefault="00AE2C47" w:rsidP="00AE2C47">
      <w:pPr>
        <w:spacing w:after="120"/>
        <w:ind w:left="5760"/>
        <w:jc w:val="both"/>
      </w:pPr>
    </w:p>
    <w:p w14:paraId="6FB26EC6" w14:textId="2B50952C" w:rsidR="00AE2C47" w:rsidRDefault="00AE2C47" w:rsidP="00AE2C47">
      <w:pPr>
        <w:spacing w:after="120"/>
        <w:ind w:left="5760"/>
        <w:jc w:val="both"/>
      </w:pPr>
    </w:p>
    <w:p w14:paraId="4D777A8C" w14:textId="338FAC3B" w:rsidR="00AE2C47" w:rsidRDefault="00AE2C47" w:rsidP="00AE2C47">
      <w:pPr>
        <w:spacing w:after="120"/>
        <w:ind w:left="5760"/>
        <w:jc w:val="both"/>
      </w:pPr>
      <w:r>
        <w:t xml:space="preserve">(Nama </w:t>
      </w:r>
      <w:proofErr w:type="spellStart"/>
      <w:r>
        <w:t>Jelas</w:t>
      </w:r>
      <w:proofErr w:type="spellEnd"/>
      <w:r>
        <w:t>)</w:t>
      </w:r>
    </w:p>
    <w:sectPr w:rsidR="00AE2C47" w:rsidSect="00AE2C47">
      <w:headerReference w:type="default" r:id="rId8"/>
      <w:pgSz w:w="11906" w:h="16838" w:code="9"/>
      <w:pgMar w:top="2269" w:right="1417" w:bottom="709" w:left="1701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97184" w14:textId="77777777" w:rsidR="00527CB4" w:rsidRDefault="00527CB4" w:rsidP="00AE2C47">
      <w:pPr>
        <w:spacing w:after="0" w:line="240" w:lineRule="auto"/>
      </w:pPr>
      <w:r>
        <w:separator/>
      </w:r>
    </w:p>
  </w:endnote>
  <w:endnote w:type="continuationSeparator" w:id="0">
    <w:p w14:paraId="4C957465" w14:textId="77777777" w:rsidR="00527CB4" w:rsidRDefault="00527CB4" w:rsidP="00AE2C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565F8" w14:textId="77777777" w:rsidR="00527CB4" w:rsidRDefault="00527CB4" w:rsidP="00AE2C47">
      <w:pPr>
        <w:spacing w:after="0" w:line="240" w:lineRule="auto"/>
      </w:pPr>
      <w:r>
        <w:separator/>
      </w:r>
    </w:p>
  </w:footnote>
  <w:footnote w:type="continuationSeparator" w:id="0">
    <w:p w14:paraId="473BFF54" w14:textId="77777777" w:rsidR="00527CB4" w:rsidRDefault="00527CB4" w:rsidP="00AE2C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54912" w14:textId="77777777" w:rsidR="00AE2C47" w:rsidRPr="00A73BA4" w:rsidRDefault="00AE2C47" w:rsidP="00AE2C47">
    <w:pPr>
      <w:spacing w:after="0" w:line="240" w:lineRule="auto"/>
      <w:ind w:left="1134"/>
      <w:jc w:val="center"/>
      <w:rPr>
        <w:rFonts w:cs="Arial"/>
        <w:b/>
        <w:bCs/>
      </w:rPr>
    </w:pPr>
    <w:r w:rsidRPr="00A73BA4">
      <w:rPr>
        <w:rFonts w:cs="Arial"/>
        <w:b/>
        <w:bCs/>
        <w:noProof/>
      </w:rPr>
      <w:drawing>
        <wp:anchor distT="0" distB="0" distL="114300" distR="114300" simplePos="0" relativeHeight="251657216" behindDoc="1" locked="0" layoutInCell="1" allowOverlap="1" wp14:anchorId="50F3BDBB" wp14:editId="2605822C">
          <wp:simplePos x="0" y="0"/>
          <wp:positionH relativeFrom="column">
            <wp:posOffset>-146685</wp:posOffset>
          </wp:positionH>
          <wp:positionV relativeFrom="paragraph">
            <wp:posOffset>-99060</wp:posOffset>
          </wp:positionV>
          <wp:extent cx="852805" cy="1060450"/>
          <wp:effectExtent l="0" t="0" r="4445" b="6350"/>
          <wp:wrapNone/>
          <wp:docPr id="8" name="Picture 8" descr="Description: Foto(276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Foto(276)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17482" r="18182"/>
                  <a:stretch>
                    <a:fillRect/>
                  </a:stretch>
                </pic:blipFill>
                <pic:spPr bwMode="auto">
                  <a:xfrm>
                    <a:off x="0" y="0"/>
                    <a:ext cx="855133" cy="10633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73BA4">
      <w:rPr>
        <w:rFonts w:cs="Arial"/>
        <w:b/>
        <w:bCs/>
      </w:rPr>
      <w:t>MAHKAMAH AGUNG REPUBLIK INDONESIA</w:t>
    </w:r>
  </w:p>
  <w:p w14:paraId="1A31380B" w14:textId="77777777" w:rsidR="00AE2C47" w:rsidRDefault="00AE2C47" w:rsidP="00AE2C47">
    <w:pPr>
      <w:spacing w:after="0" w:line="240" w:lineRule="auto"/>
      <w:ind w:left="1134"/>
      <w:jc w:val="center"/>
      <w:rPr>
        <w:rFonts w:cs="Arial"/>
        <w:b/>
        <w:bCs/>
        <w:sz w:val="20"/>
        <w:szCs w:val="20"/>
      </w:rPr>
    </w:pPr>
    <w:r w:rsidRPr="00950070">
      <w:rPr>
        <w:rFonts w:cs="Arial"/>
        <w:b/>
        <w:bCs/>
        <w:sz w:val="20"/>
        <w:szCs w:val="20"/>
      </w:rPr>
      <w:t>DIREKTORAT JENDERAL BADAN PERADILAN MILITER DAN</w:t>
    </w:r>
  </w:p>
  <w:p w14:paraId="6D3FC540" w14:textId="77777777" w:rsidR="00AE2C47" w:rsidRPr="00950070" w:rsidRDefault="00AE2C47" w:rsidP="00AE2C47">
    <w:pPr>
      <w:spacing w:after="0" w:line="240" w:lineRule="auto"/>
      <w:ind w:left="1134"/>
      <w:jc w:val="center"/>
      <w:rPr>
        <w:rFonts w:cs="Arial"/>
        <w:b/>
        <w:bCs/>
        <w:sz w:val="20"/>
        <w:szCs w:val="20"/>
      </w:rPr>
    </w:pPr>
    <w:r w:rsidRPr="00950070">
      <w:rPr>
        <w:rFonts w:cs="Arial"/>
        <w:b/>
        <w:bCs/>
        <w:sz w:val="20"/>
        <w:szCs w:val="20"/>
      </w:rPr>
      <w:t xml:space="preserve"> PERADILAN TATA USAHA NEGARA</w:t>
    </w:r>
  </w:p>
  <w:p w14:paraId="427F1E7D" w14:textId="77777777" w:rsidR="00AE2C47" w:rsidRPr="00950070" w:rsidRDefault="00AE2C47" w:rsidP="00AE2C47">
    <w:pPr>
      <w:spacing w:after="0" w:line="240" w:lineRule="auto"/>
      <w:ind w:left="1134"/>
      <w:jc w:val="center"/>
      <w:rPr>
        <w:rFonts w:cs="Arial"/>
        <w:b/>
        <w:bCs/>
        <w:sz w:val="20"/>
        <w:szCs w:val="20"/>
      </w:rPr>
    </w:pPr>
    <w:r w:rsidRPr="00950070">
      <w:rPr>
        <w:rFonts w:cs="Arial"/>
        <w:b/>
        <w:bCs/>
        <w:sz w:val="20"/>
        <w:szCs w:val="20"/>
      </w:rPr>
      <w:t>PENGADILAN TINGGI TATA USAHA NEGARA PALEMBANG</w:t>
    </w:r>
  </w:p>
  <w:p w14:paraId="21C16D2A" w14:textId="77777777" w:rsidR="00AE2C47" w:rsidRPr="00950070" w:rsidRDefault="00AE2C47" w:rsidP="00AE2C47">
    <w:pPr>
      <w:spacing w:after="0" w:line="240" w:lineRule="auto"/>
      <w:ind w:left="1134"/>
      <w:jc w:val="center"/>
      <w:rPr>
        <w:rFonts w:cs="Arial"/>
        <w:b/>
        <w:bCs/>
        <w:sz w:val="20"/>
        <w:szCs w:val="20"/>
      </w:rPr>
    </w:pPr>
    <w:r w:rsidRPr="00950070">
      <w:rPr>
        <w:rFonts w:cs="Arial"/>
        <w:b/>
        <w:bCs/>
        <w:sz w:val="20"/>
        <w:szCs w:val="20"/>
      </w:rPr>
      <w:t>PENGADILAN TATA USAHA NEGARA JAMBI</w:t>
    </w:r>
  </w:p>
  <w:p w14:paraId="1485B03D" w14:textId="77777777" w:rsidR="00AE2C47" w:rsidRPr="00950070" w:rsidRDefault="00AE2C47" w:rsidP="00AE2C47">
    <w:pPr>
      <w:spacing w:after="0" w:line="240" w:lineRule="auto"/>
      <w:ind w:left="1134"/>
      <w:jc w:val="center"/>
      <w:rPr>
        <w:rFonts w:ascii="Bookman Old Style" w:hAnsi="Bookman Old Style"/>
        <w:sz w:val="20"/>
        <w:szCs w:val="20"/>
      </w:rPr>
    </w:pPr>
    <w:r w:rsidRPr="00950070">
      <w:rPr>
        <w:rFonts w:ascii="Bookman Old Style" w:hAnsi="Bookman Old Style"/>
        <w:sz w:val="20"/>
        <w:szCs w:val="20"/>
      </w:rPr>
      <w:t xml:space="preserve">Jalan Kolonel M. </w:t>
    </w:r>
    <w:proofErr w:type="spellStart"/>
    <w:r w:rsidRPr="00950070">
      <w:rPr>
        <w:rFonts w:ascii="Bookman Old Style" w:hAnsi="Bookman Old Style"/>
        <w:sz w:val="20"/>
        <w:szCs w:val="20"/>
      </w:rPr>
      <w:t>KukuhNomor</w:t>
    </w:r>
    <w:proofErr w:type="spellEnd"/>
    <w:r w:rsidRPr="00950070">
      <w:rPr>
        <w:rFonts w:ascii="Bookman Old Style" w:hAnsi="Bookman Old Style"/>
        <w:sz w:val="20"/>
        <w:szCs w:val="20"/>
      </w:rPr>
      <w:t xml:space="preserve"> 01, RT 09, Paal Lima, </w:t>
    </w:r>
    <w:proofErr w:type="spellStart"/>
    <w:r w:rsidRPr="00950070">
      <w:rPr>
        <w:rFonts w:ascii="Bookman Old Style" w:hAnsi="Bookman Old Style"/>
        <w:sz w:val="20"/>
        <w:szCs w:val="20"/>
      </w:rPr>
      <w:t>Kec</w:t>
    </w:r>
    <w:proofErr w:type="spellEnd"/>
    <w:r w:rsidRPr="00950070">
      <w:rPr>
        <w:rFonts w:ascii="Bookman Old Style" w:hAnsi="Bookman Old Style"/>
        <w:sz w:val="20"/>
        <w:szCs w:val="20"/>
      </w:rPr>
      <w:t xml:space="preserve">. Kota </w:t>
    </w:r>
    <w:proofErr w:type="spellStart"/>
    <w:r w:rsidRPr="00950070">
      <w:rPr>
        <w:rFonts w:ascii="Bookman Old Style" w:hAnsi="Bookman Old Style"/>
        <w:sz w:val="20"/>
        <w:szCs w:val="20"/>
      </w:rPr>
      <w:t>Baru</w:t>
    </w:r>
    <w:proofErr w:type="spellEnd"/>
    <w:r w:rsidRPr="00950070">
      <w:rPr>
        <w:rFonts w:ascii="Bookman Old Style" w:hAnsi="Bookman Old Style"/>
        <w:sz w:val="20"/>
        <w:szCs w:val="20"/>
      </w:rPr>
      <w:t xml:space="preserve">, Kota Jambi, Jambi 36128 </w:t>
    </w:r>
    <w:hyperlink r:id="rId2" w:history="1">
      <w:r w:rsidRPr="00950070">
        <w:rPr>
          <w:rStyle w:val="Hyperlink"/>
          <w:rFonts w:ascii="Bookman Old Style" w:hAnsi="Bookman Old Style"/>
          <w:color w:val="auto"/>
          <w:sz w:val="20"/>
          <w:szCs w:val="20"/>
        </w:rPr>
        <w:t>www.ptun-jambi.go.id</w:t>
      </w:r>
    </w:hyperlink>
    <w:r w:rsidRPr="00950070">
      <w:rPr>
        <w:rFonts w:ascii="Bookman Old Style" w:hAnsi="Bookman Old Style"/>
        <w:sz w:val="20"/>
        <w:szCs w:val="20"/>
      </w:rPr>
      <w:t>,</w:t>
    </w:r>
    <w:hyperlink r:id="rId3" w:history="1">
      <w:r w:rsidRPr="004557AA">
        <w:rPr>
          <w:rStyle w:val="Hyperlink"/>
          <w:rFonts w:ascii="Bookman Old Style" w:hAnsi="Bookman Old Style"/>
          <w:sz w:val="20"/>
          <w:szCs w:val="20"/>
        </w:rPr>
        <w:t>ptsp@ptun-jambi.go.id</w:t>
      </w:r>
    </w:hyperlink>
  </w:p>
  <w:p w14:paraId="67C6CEAD" w14:textId="77777777" w:rsidR="00AE2C47" w:rsidRDefault="00AE2C47" w:rsidP="00AE2C47">
    <w:pPr>
      <w:spacing w:line="240" w:lineRule="auto"/>
      <w:rPr>
        <w:rFonts w:ascii="Bookman Old Style" w:hAnsi="Bookman Old Style"/>
        <w:sz w:val="16"/>
        <w:szCs w:val="16"/>
      </w:rPr>
    </w:pPr>
    <w:r>
      <w:rPr>
        <w:rFonts w:ascii="Bookman Old Style" w:hAnsi="Bookman Old Style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64ECD9" wp14:editId="2CF6A37D">
              <wp:simplePos x="0" y="0"/>
              <wp:positionH relativeFrom="column">
                <wp:posOffset>-734060</wp:posOffset>
              </wp:positionH>
              <wp:positionV relativeFrom="paragraph">
                <wp:posOffset>76200</wp:posOffset>
              </wp:positionV>
              <wp:extent cx="6826250" cy="635"/>
              <wp:effectExtent l="0" t="0" r="31750" b="37465"/>
              <wp:wrapNone/>
              <wp:docPr id="19" name="AutoShape 1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26250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32F04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6" o:spid="_x0000_s1026" type="#_x0000_t32" style="position:absolute;margin-left:-57.8pt;margin-top:6pt;width:537.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09FE"/>
    <w:rsid w:val="00034616"/>
    <w:rsid w:val="0006063C"/>
    <w:rsid w:val="0015074B"/>
    <w:rsid w:val="0029639D"/>
    <w:rsid w:val="00326F90"/>
    <w:rsid w:val="00527CB4"/>
    <w:rsid w:val="00601BBD"/>
    <w:rsid w:val="00AA1D8D"/>
    <w:rsid w:val="00AE2C47"/>
    <w:rsid w:val="00B47730"/>
    <w:rsid w:val="00CB0664"/>
    <w:rsid w:val="00F37B3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892B4C6"/>
  <w14:defaultImageDpi w14:val="300"/>
  <w15:docId w15:val="{4E591765-6A47-48D6-8545-852515836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AE2C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tsp@ptun-jambi.go.id" TargetMode="External"/><Relationship Id="rId2" Type="http://schemas.openxmlformats.org/officeDocument/2006/relationships/hyperlink" Target="http://www.ptun-jambi.go.id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ASUS</cp:lastModifiedBy>
  <cp:revision>2</cp:revision>
  <dcterms:created xsi:type="dcterms:W3CDTF">2013-12-23T23:15:00Z</dcterms:created>
  <dcterms:modified xsi:type="dcterms:W3CDTF">2026-09-07T08:13:00Z</dcterms:modified>
  <cp:category/>
</cp:coreProperties>
</file>